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color w:val="1F4E78"/>
          <w:sz w:val="36"/>
        </w:rPr>
        <w:t>PENJELASAN LENGKAP METODE PERHITUNGAN TOPSIS</w:t>
        <w:br/>
        <w:t>(SKENARIO: OUTDOOR DAY)</w:t>
      </w:r>
    </w:p>
    <w:p>
      <w:pPr>
        <w:jc w:val="center"/>
      </w:pPr>
      <w:r>
        <w:rPr>
          <w:rFonts w:ascii="Calibri" w:hAnsi="Calibri"/>
          <w:i/>
          <w:color w:val="595959"/>
          <w:sz w:val="24"/>
        </w:rPr>
        <w:t>Dokumen Panduan Teknis Laporan Tugas Akhir (TA)</w:t>
      </w:r>
    </w:p>
    <w:p>
      <w:r>
        <w:br/>
      </w:r>
    </w:p>
    <w:p>
      <w:pPr>
        <w:pStyle w:val="Heading1"/>
      </w:pPr>
      <w:r>
        <w:rPr>
          <w:color w:val="1F4E78"/>
        </w:rPr>
        <w:t>1. Catatan Penting: Penyesuaian Regional Settings di Excel</w:t>
      </w:r>
    </w:p>
    <w:p>
      <w:r>
        <w:t xml:space="preserve">Ketika Anda pertama kali membuka file Excel awal dan mengklik sel di kolom G (Keterangan/Representasi Matriks X), mungkin Anda melihat tampilan seperti X = [008, 003, 001, 7] padahal skor aslinya adalah 8,44, 2,50, dan 1,15. Apakah hal ini wajar? </w:t>
      </w:r>
      <w:r>
        <w:rPr>
          <w:b/>
        </w:rPr>
        <w:t xml:space="preserve">Tentu saja hal ini TIDAK wajar (tidak tepat). </w:t>
      </w:r>
      <w:r>
        <w:t>Penyebab utama dari masalah ini adalah perbedaan Regional Settings pada komputer Anda (yang disetel ke bahasa Indonesia) dengan format fungsi TEXT di Excel. Pada komputer dengan Regional Setting Indonesia:</w:t>
        <w:br/>
        <w:t>1. Pemisah desimal menggunakan tanda koma (,), contoh: 8,44.</w:t>
        <w:br/>
        <w:t>2. Pemisah ribuan menggunakan tanda titik (.), contoh: 1.000.000.</w:t>
        <w:br/>
        <w:t>3. Pemisah argumen rumus menggunakan tanda titik koma (;), contoh: ROUND(A1; 2).</w:t>
        <w:br/>
        <w:br/>
        <w:t>Ketika rumus Excel menggunakan format TEXT(C5; "0.00"), tanda titik (.) pada format tersebut salah diartikan oleh sistem sebagai pemisah ribuan (bukan pemisah desimal). Akibatnya, angka 8,44 dibulatkan menjadi ribuan dan menghasilkan tampilan '008'.</w:t>
        <w:br/>
        <w:br/>
        <w:t>Untuk mengatasi masalah ini secara permanen dan universal, kami telah mengganti rumus format teks menjadi penggabungan string langsung yang digabungkan dengan fungsi pembulatan ROUND dan dipisahkan tanda titik koma (;), contohnya:</w:t>
        <w:br/>
        <w:t>="X = [" &amp; C5 &amp; "; " &amp; D5 &amp; "; " &amp; E5 &amp; "; " &amp; F5 &amp; "]"</w:t>
        <w:br/>
        <w:t>Langkah ini secara otomatis akan menyesuaikan desimal dengan format komputer Anda secara dinamis tanpa merusak representasi visual matriks.</w:t>
      </w:r>
    </w:p>
    <w:p>
      <w:r>
        <w:br/>
      </w:r>
    </w:p>
    <w:p>
      <w:pPr>
        <w:pStyle w:val="Heading1"/>
      </w:pPr>
      <w:r>
        <w:rPr>
          <w:color w:val="1F4E78"/>
        </w:rPr>
        <w:t>2. Teori Dasar Metode TOPSIS</w:t>
      </w:r>
    </w:p>
    <w:p>
      <w:r>
        <w:t>Metode TOPSIS (Technique for Order of Preference by Similarity to Ideal Solution) didasarkan pada konsep bahwa alternatif yang terpilih harus memiliki jarak terdekat dari solusi ideal positif (A+) dan jarak terjauh dari solusi ideal negatif (A-). Kriteria diklasifikasikan menjadi dua jenis:</w:t>
        <w:br/>
        <w:t>- Kriteria Benefit: Kriteria yang nilainya semakin besar semakin baik (misalnya ISO, AF Point, Sensor Score).</w:t>
        <w:br/>
        <w:t>- Kriteria Cost: Kriteria yang nilainya semakin kecil semakin baik (misalnya Price/Harga Sewa).</w:t>
      </w:r>
    </w:p>
    <w:p>
      <w:r>
        <w:br/>
      </w:r>
    </w:p>
    <w:p>
      <w:pPr>
        <w:pStyle w:val="Heading1"/>
      </w:pPr>
      <w:r>
        <w:rPr>
          <w:color w:val="1F4E78"/>
        </w:rPr>
        <w:t>3. Penjelasan Struktur Perhitungan per Sheet Excel</w:t>
      </w:r>
    </w:p>
    <w:p>
      <w:pPr>
        <w:pStyle w:val="Heading2"/>
      </w:pPr>
      <w:r>
        <w:rPr>
          <w:color w:val="2C3E50"/>
        </w:rPr>
        <w:t>3.1 Sheet: Skor Kriteria (Langkah 1)</w:t>
      </w:r>
    </w:p>
    <w:p>
      <w:r>
        <w:t>Sheet ini mengubah spesifikasi teknis mentah kamera menjadi bentuk skor berskala 1 - 10. Tujuannya adalah agar semua kriteria memiliki batas nilai atas dan bawah yang sama sebelum dinormalisasi.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Kolom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Rumus Matematis / Rumus Excel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Penjelasan Definisi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Price Score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((Max Price - Price_i) / (Max Price - Min Price)) * 10</w:t>
              <w:br/>
              <w:t>Excel: =ROUND(IF('Data Awal'!$B$6='Data Awal'!$B$5; 10; (('Data Awal'!$B$6-'Data Awal'!D11)/('Data Awal'!$B$6-'Data Awal'!$B$5))*10); 2)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Kriteria Cost (Harga Sewa). Semakin murah harga sewa kamera, maka Price Score akan semakin tinggi mendekati nilai 10. Sebaliknya, kamera termahal mendapat nilai 0.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ISO Score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(ISO_i / Max ISO) * 10</w:t>
              <w:br/>
              <w:t>Excel: =ROUND(('Data Awal'!E11/'Data Awal'!$B$7)*10; 2)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Kriteria Benefit. Semakin tinggi spesifikasi ISO kamera, semakin tinggi pula skornya. Nilai dibagi dengan batas maksimum ISO pada dataset.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AF Score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(AF_Point_i / Max AF_Point) * 10</w:t>
              <w:br/>
              <w:t>Excel: =ROUND(('Data Awal'!F11/'Data Awal'!$B$8)*10; 2)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Kriteria Benefit. Semakin banyak titik autofokus (AF Point), semakin cepat dan akurat kamera dalam mengambil fokus, sehingga AF Score mendekati nilai 10.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Keterangan /</w:t>
              <w:br/>
              <w:t>Representasi Matriks X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="X = [" &amp; C5 &amp; "; " &amp; D5 &amp; "; " &amp; E5 &amp; "; " &amp; F5 &amp; "]"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Merupakan gabungan baris kriteria dari alternatif kamera tertentu, merepresentasikan vektor baris keputusan X_i = [PriceScore, ISOScore, AFScore, SensorScore].</w:t>
            </w:r>
          </w:p>
        </w:tc>
      </w:tr>
    </w:tbl>
    <w:p>
      <w:r>
        <w:br/>
      </w:r>
    </w:p>
    <w:p>
      <w:pPr>
        <w:pStyle w:val="Heading2"/>
      </w:pPr>
      <w:r>
        <w:rPr>
          <w:color w:val="2C3E50"/>
        </w:rPr>
        <w:t>3.2 Sheet: Normalisasi (Langkah 2)</w:t>
      </w:r>
    </w:p>
    <w:p>
      <w:r>
        <w:t>Sheet ini melakukan normalisasi matriks keputusan keputusan X menjadi matriks normalisasi r. Penyebut normalisasi (r_divider) dihitung dari akar jumlah kuadrat seluruh nilai kolom kriteria.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Kolom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Rumus Matematis / Rumus Excel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Penjelasan Definisi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Nilai Akar (Penyebut)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sqrt( sum( x_ij^2 ) )</w:t>
              <w:br/>
              <w:t>Excel: =SQRT(SUMSQ('Skor Kriteria'!C5:C23))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Menghitung nilai normalisasi pembagi untuk setiap kolom. Nilai kuadrat masing-masing alternatif dijumlahkan, kemudian ditarik akar kuadratnya.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r1 Price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r_i1 = PriceScore_i / r_divider_Price</w:t>
              <w:br/>
              <w:t>Excel: ='Skor Kriteria'!C5/$B$5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Nilai normalisasi kriteria Price. Menghasilkan kontribusi nilai harga relatif terhadap seluruh alternatif dengan skala seragam.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r2 ISO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r_i2 = ISOScore_i / r_divider_ISO</w:t>
              <w:br/>
              <w:t>Excel: ='Skor Kriteria'!D5/$B$6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Nilai normalisasi kriteria ISO. Mengubah nilai skor ISO ke bentuk fraksi ternormalisasi.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r3 AF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r_i3 = AFScore_i / r_divider_AF</w:t>
              <w:br/>
              <w:t>Excel: ='Skor Kriteria'!E5/$B$7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Nilai normalisasi kriteria Autofokus.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Matriks Ternormalisasi r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="r = [" &amp; ROUND(C11; 4) &amp; "; ... &amp; "]"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Menggabungkan seluruh nilai kriteria ternormalisasi alternatif menjadi satu representasi vektor baris matriks r_i = [r1, r2, r3, r4].</w:t>
            </w:r>
          </w:p>
        </w:tc>
      </w:tr>
    </w:tbl>
    <w:p>
      <w:r>
        <w:br/>
      </w:r>
    </w:p>
    <w:p>
      <w:pPr>
        <w:pStyle w:val="Heading2"/>
      </w:pPr>
      <w:r>
        <w:rPr>
          <w:color w:val="2C3E50"/>
        </w:rPr>
        <w:t>3.3 Sheet: Terbobot (Langkah 3)</w:t>
      </w:r>
    </w:p>
    <w:p>
      <w:r>
        <w:t>Sheet ini mengalikan nilai r yang sudah ternormalisasi dengan bobot kriteria skenario Outdoor Day. Kriteria yang lebih penting (seperti Price dan Sensor dengan bobot 0.30) akan memiliki pengaruh numerik lebih dominan.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Kolom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Rumus Matematis / Rumus Excel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Penjelasan Definisi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y1 Price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y_i1 = r_i1 * w_Price</w:t>
              <w:br/>
              <w:t>Excel: =Normalisasi!C11*$B$5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Nilai terbobot untuk kriteria Price. Nilai normalisasi dikali bobot 0.30.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y2 ISO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y_i2 = r_i2 * w_ISO</w:t>
              <w:br/>
              <w:t>Excel: =Normalisasi!D11*$B$6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Nilai terbobot untuk kriteria ISO. Nilai normalisasi dikali bobot 0.15.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y3 AF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y_i3 = r_i3 * w_AF</w:t>
              <w:br/>
              <w:t>Excel: =Normalisasi!E11*$B$7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Nilai terbobot untuk kriteria Autofokus. Nilai normalisasi dikali bobot 0.25.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Matriks Terbobot y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="y = [" &amp; ROUND(C11; 4) &amp; "; ... &amp; "]"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Representasi gabungan dari matriks ternormalisasi terbobot untuk alternatif y_i = [y1, y2, y3, y4].</w:t>
            </w:r>
          </w:p>
        </w:tc>
      </w:tr>
    </w:tbl>
    <w:p>
      <w:r>
        <w:br/>
      </w:r>
    </w:p>
    <w:p>
      <w:pPr>
        <w:pStyle w:val="Heading2"/>
      </w:pPr>
      <w:r>
        <w:rPr>
          <w:color w:val="2C3E50"/>
        </w:rPr>
        <w:t>3.4 Sheet: Ideal &amp; Jarak (Langkah 4 &amp; 5)</w:t>
      </w:r>
    </w:p>
    <w:p>
      <w:r>
        <w:t>Sheet ini mencari solusi ideal positif (A+) dan solusi ideal negatif (A-), kemudian menghitung jarak Euclidean alternatif terhadap keduanya.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Kolom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Rumus Matematis / Rumus Excel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Penjelasan Definisi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Jarak Ideal Positif (D+)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sqrt( sum( (y_ij - A+_j)^2 ) )</w:t>
              <w:br/>
              <w:t>Excel: =SQRT((Terbobot!C11-$C$5)^2 + (Terbobot!D11-$C$6)^2 + ...)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Menghitung seberapa jauh jarak alternatif dari titik ideal terbaik A+. Semakin kecil nilai D+, maka performa kamera tersebut semakin mendekati kondisi spesifikasi terbaik yang diharapkan.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Jarak Ideal Negatif (D-)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sqrt( sum( (y_ij - A-_j)^2 ) )</w:t>
              <w:br/>
              <w:t>Excel: =SQRT((Terbobot!C11-$D$5)^2 + (Terbobot!D11-$D$6)^2 + ...)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Menghitung seberapa jauh jarak alternatif dari titik ideal terburuk A-. Semakin besar nilai D-, maka kamera tersebut semakin menjauhi spesifikasi terburuk pada dataset.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Nilai Preferensi (V)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V_i = D-_i / (D+_i + D-_i)</w:t>
              <w:br/>
              <w:t>Excel: =D11/(C11+D11)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Merupakan indeks preferensi kedekatan relatif. Menghasilkan skor akhir pada rentang 0 hingga 1. Alternatif yang paling baik adalah yang memiliki nilai V paling mendekati 1.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Keterangan Hasil Jarak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="D+ = " &amp; ROUND(C11; 4) &amp; "; D- = " &amp; ...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Merupakan ringkasan gabungan nilai parameter jarak (D+), jarak ideal negatif (D-), serta nilai preferensi (V) alternatif.</w:t>
            </w:r>
          </w:p>
        </w:tc>
      </w:tr>
    </w:tbl>
    <w:p>
      <w:r>
        <w:br/>
      </w:r>
    </w:p>
    <w:p>
      <w:pPr>
        <w:pStyle w:val="Heading2"/>
      </w:pPr>
      <w:r>
        <w:rPr>
          <w:color w:val="2C3E50"/>
        </w:rPr>
        <w:t>3.5 Sheet: Ranking (Langkah 6)</w:t>
      </w:r>
    </w:p>
    <w:p>
      <w:r>
        <w:t>Sheet ini merangkum peringkat akhir kamera secara berurutan berdasarkan nilai preferensi V dari yang terbesar ke terkecil.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Kolom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Rumus Matematis / Rumus Excel</w:t>
            </w:r>
          </w:p>
        </w:tc>
        <w:tc>
          <w:tcPr>
            <w:tcW w:type="dxa" w:w="2880"/>
            <w:shd w:fill="1F4E7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</w:rPr>
              <w:t>Penjelasan Definisi</w:t>
            </w:r>
          </w:p>
        </w:tc>
      </w:tr>
      <w:tr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Nilai Preferensi (V)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Excel: =VLOOKUP(B5; 'Ideal &amp; Jarak'!$B$11:$E$29; 4; FALSE)</w:t>
            </w:r>
          </w:p>
        </w:tc>
        <w:tc>
          <w:tcPr>
            <w:tcW w:type="dxa" w:w="288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t>Mengambil nilai V dari sheet 'Ideal &amp; Jarak' berdasarkan lookup nama kamera. Nilai preferensi tertinggi ditempatkan pada peringkat ke-1 sebagai alternatif kamera yang paling direkomendasikan.</w:t>
            </w:r>
          </w:p>
        </w:tc>
      </w:tr>
    </w:tbl>
    <w:p>
      <w:pPr>
        <w:jc w:val="right"/>
      </w:pPr>
      <w:r>
        <w:rPr>
          <w:i/>
          <w:sz w:val="19"/>
        </w:rPr>
        <w:br/>
        <w:br/>
        <w:t>Dokumen ini disusun khusus sebagai bahan penjelasan teoritis dan rumus Excel untuk Laporan Tugas Akhir.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